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color w:val="0c343d"/>
          <w:sz w:val="56"/>
          <w:szCs w:val="56"/>
        </w:rPr>
      </w:pPr>
      <w:r w:rsidDel="00000000" w:rsidR="00000000" w:rsidRPr="00000000">
        <w:rPr>
          <w:color w:val="0c343d"/>
          <w:sz w:val="56"/>
          <w:szCs w:val="56"/>
          <w:rtl w:val="0"/>
        </w:rPr>
        <w:t xml:space="preserve">AllWays Able LTD</w:t>
      </w:r>
    </w:p>
    <w:p w:rsidR="00000000" w:rsidDel="00000000" w:rsidP="00000000" w:rsidRDefault="00000000" w:rsidRPr="00000000" w14:paraId="00000002">
      <w:pPr>
        <w:jc w:val="center"/>
        <w:rPr>
          <w:i w:val="1"/>
          <w:iCs w:val="1"/>
        </w:rPr>
      </w:pPr>
      <w:r w:rsidDel="00000000" w:rsidR="00000000" w:rsidRPr="00000000">
        <w:rPr>
          <w:i w:val="1"/>
          <w:iCs w:val="1"/>
          <w:rtl w:val="0"/>
        </w:rPr>
        <w:t xml:space="preserve">You Can. Always.</w:t>
      </w:r>
      <w:r w:rsidDel="00000000" w:rsidR="00000000" w:rsidRPr="00000000">
        <w:drawing>
          <wp:anchor allowOverlap="1" behindDoc="1" distB="114300" distT="114300" distL="114300" distR="114300" hidden="0" layoutInCell="1" locked="0" relativeHeight="0" simplePos="0">
            <wp:simplePos x="0" y="0"/>
            <wp:positionH relativeFrom="column">
              <wp:posOffset>2119313</wp:posOffset>
            </wp:positionH>
            <wp:positionV relativeFrom="paragraph">
              <wp:posOffset>158031</wp:posOffset>
            </wp:positionV>
            <wp:extent cx="1243013" cy="1243013"/>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43013" cy="1243013"/>
                    </a:xfrm>
                    <a:prstGeom prst="rect"/>
                    <a:ln/>
                  </pic:spPr>
                </pic:pic>
              </a:graphicData>
            </a:graphic>
          </wp:anchor>
        </w:drawing>
      </w:r>
    </w:p>
    <w:p w:rsidR="00000000" w:rsidDel="00000000" w:rsidP="00000000" w:rsidRDefault="00000000" w:rsidRPr="00000000" w14:paraId="00000003">
      <w:pPr>
        <w:jc w:val="center"/>
        <w:rPr>
          <w:i w:val="1"/>
          <w:iCs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br w:type="textWrapping"/>
      </w:r>
    </w:p>
    <w:p w:rsidR="00000000" w:rsidDel="00000000" w:rsidP="00000000" w:rsidRDefault="00000000" w:rsidRPr="00000000" w14:paraId="00000006">
      <w:pPr>
        <w:jc w:val="center"/>
        <w:rPr/>
      </w:pPr>
      <w:r w:rsidDel="00000000" w:rsidR="00000000" w:rsidRPr="00000000">
        <w:rPr>
          <w:b w:val="1"/>
          <w:bCs w:val="1"/>
          <w:sz w:val="32"/>
          <w:szCs w:val="32"/>
          <w:rtl w:val="0"/>
        </w:rPr>
        <w:t xml:space="preserve">Informed Consent &amp; Liability Waiver Form</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br w:type="textWrapping"/>
      </w:r>
    </w:p>
    <w:p w:rsidR="00000000" w:rsidDel="00000000" w:rsidP="00000000" w:rsidRDefault="00000000" w:rsidRPr="00000000" w14:paraId="00000008">
      <w:pPr>
        <w:rPr/>
      </w:pPr>
      <w:r w:rsidDel="00000000" w:rsidR="00000000" w:rsidRPr="00000000">
        <w:rPr>
          <w:b w:val="1"/>
          <w:bCs w:val="1"/>
          <w:sz w:val="28"/>
          <w:szCs w:val="28"/>
          <w:rtl w:val="0"/>
        </w:rPr>
        <w:t xml:space="preserve">1. Purpose of the Agreement</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This form outlines the potential risks associated with exercise and physical activity. By signing this agreement, you acknowledge your understanding of these risks and consent to participate voluntarily in the fitness programs offered by AllWays Able.</w:t>
      </w:r>
    </w:p>
    <w:p w:rsidR="00000000" w:rsidDel="00000000" w:rsidP="00000000" w:rsidRDefault="00000000" w:rsidRPr="00000000" w14:paraId="0000000A">
      <w:pPr>
        <w:rPr/>
      </w:pPr>
      <w:r w:rsidDel="00000000" w:rsidR="00000000" w:rsidRPr="00000000">
        <w:rPr>
          <w:rtl w:val="0"/>
        </w:rPr>
        <w:br w:type="textWrapping"/>
      </w:r>
    </w:p>
    <w:p w:rsidR="00000000" w:rsidDel="00000000" w:rsidP="00000000" w:rsidRDefault="00000000" w:rsidRPr="00000000" w14:paraId="0000000B">
      <w:pPr>
        <w:rPr/>
      </w:pPr>
      <w:r w:rsidDel="00000000" w:rsidR="00000000" w:rsidRPr="00000000">
        <w:rPr>
          <w:b w:val="1"/>
          <w:bCs w:val="1"/>
          <w:sz w:val="28"/>
          <w:szCs w:val="28"/>
          <w:rtl w:val="0"/>
        </w:rPr>
        <w:t xml:space="preserve">2. Acknowledgment of Risks</w:t>
      </w:r>
      <w:r w:rsidDel="00000000" w:rsidR="00000000" w:rsidRPr="00000000">
        <w:rPr>
          <w:rtl w:val="0"/>
        </w:rPr>
      </w:r>
    </w:p>
    <w:p w:rsidR="00000000" w:rsidDel="00000000" w:rsidP="00000000" w:rsidRDefault="00000000" w:rsidRPr="00000000" w14:paraId="0000000C">
      <w:pPr>
        <w:ind w:left="432" w:firstLine="0"/>
        <w:rPr/>
      </w:pPr>
      <w:r w:rsidDel="00000000" w:rsidR="00000000" w:rsidRPr="00000000">
        <w:rPr>
          <w:rtl w:val="0"/>
        </w:rPr>
        <w:t xml:space="preserve">☐ I understand that participating in exercise and physical activity involves risk of injury, including but not limited to muscle strains, falls, or accidents.</w:t>
      </w:r>
    </w:p>
    <w:p w:rsidR="00000000" w:rsidDel="00000000" w:rsidP="00000000" w:rsidRDefault="00000000" w:rsidRPr="00000000" w14:paraId="0000000D">
      <w:pPr>
        <w:ind w:left="432" w:firstLine="0"/>
        <w:rPr/>
      </w:pPr>
      <w:r w:rsidDel="00000000" w:rsidR="00000000" w:rsidRPr="00000000">
        <w:rPr>
          <w:rtl w:val="0"/>
        </w:rPr>
        <w:t xml:space="preserve">☐ I acknowledge that AllWays Able will take every precaution to ensure my safety.</w:t>
      </w:r>
    </w:p>
    <w:p w:rsidR="00000000" w:rsidDel="00000000" w:rsidP="00000000" w:rsidRDefault="00000000" w:rsidRPr="00000000" w14:paraId="0000000E">
      <w:pPr>
        <w:ind w:left="432" w:firstLine="0"/>
        <w:rPr/>
      </w:pPr>
      <w:r w:rsidDel="00000000" w:rsidR="00000000" w:rsidRPr="00000000">
        <w:rPr>
          <w:rtl w:val="0"/>
        </w:rPr>
        <w:t xml:space="preserve">☐ I agree to inform my coach of any health changes, discomfort, or pain during sessions.</w:t>
      </w:r>
    </w:p>
    <w:p w:rsidR="00000000" w:rsidDel="00000000" w:rsidP="00000000" w:rsidRDefault="00000000" w:rsidRPr="00000000" w14:paraId="0000000F">
      <w:pPr>
        <w:rPr/>
      </w:pPr>
      <w:r w:rsidDel="00000000" w:rsidR="00000000" w:rsidRPr="00000000">
        <w:rPr>
          <w:rtl w:val="0"/>
        </w:rPr>
        <w:br w:type="textWrapping"/>
      </w:r>
    </w:p>
    <w:p w:rsidR="00000000" w:rsidDel="00000000" w:rsidP="00000000" w:rsidRDefault="00000000" w:rsidRPr="00000000" w14:paraId="00000010">
      <w:pPr>
        <w:rPr/>
      </w:pPr>
      <w:r w:rsidDel="00000000" w:rsidR="00000000" w:rsidRPr="00000000">
        <w:rPr>
          <w:b w:val="1"/>
          <w:bCs w:val="1"/>
          <w:sz w:val="28"/>
          <w:szCs w:val="28"/>
          <w:rtl w:val="0"/>
        </w:rPr>
        <w:t xml:space="preserve">3. Voluntary Participation</w:t>
      </w:r>
      <w:r w:rsidDel="00000000" w:rsidR="00000000" w:rsidRPr="00000000">
        <w:rPr>
          <w:rtl w:val="0"/>
        </w:rPr>
      </w:r>
    </w:p>
    <w:p w:rsidR="00000000" w:rsidDel="00000000" w:rsidP="00000000" w:rsidRDefault="00000000" w:rsidRPr="00000000" w14:paraId="00000011">
      <w:pPr>
        <w:ind w:left="432" w:firstLine="0"/>
        <w:rPr/>
      </w:pPr>
      <w:r w:rsidDel="00000000" w:rsidR="00000000" w:rsidRPr="00000000">
        <w:rPr>
          <w:rtl w:val="0"/>
        </w:rPr>
        <w:t xml:space="preserve">☐ I confirm that I am voluntarily participating in this program and that I am physically capable of doing so.</w:t>
      </w:r>
    </w:p>
    <w:p w:rsidR="00000000" w:rsidDel="00000000" w:rsidP="00000000" w:rsidRDefault="00000000" w:rsidRPr="00000000" w14:paraId="00000012">
      <w:pPr>
        <w:ind w:left="432" w:firstLine="0"/>
        <w:rPr/>
      </w:pPr>
      <w:r w:rsidDel="00000000" w:rsidR="00000000" w:rsidRPr="00000000">
        <w:rPr>
          <w:rtl w:val="0"/>
        </w:rPr>
        <w:t xml:space="preserve">☐ I understand I may stop exercising at any time without penalty.</w:t>
      </w:r>
    </w:p>
    <w:p w:rsidR="00000000" w:rsidDel="00000000" w:rsidP="00000000" w:rsidRDefault="00000000" w:rsidRPr="00000000" w14:paraId="00000013">
      <w:pPr>
        <w:rPr/>
      </w:pPr>
      <w:r w:rsidDel="00000000" w:rsidR="00000000" w:rsidRPr="00000000">
        <w:rPr>
          <w:rtl w:val="0"/>
        </w:rPr>
        <w:br w:type="textWrapping"/>
      </w:r>
    </w:p>
    <w:p w:rsidR="00000000" w:rsidDel="00000000" w:rsidP="00000000" w:rsidRDefault="00000000" w:rsidRPr="00000000" w14:paraId="00000014">
      <w:pPr>
        <w:rPr/>
      </w:pPr>
      <w:r w:rsidDel="00000000" w:rsidR="00000000" w:rsidRPr="00000000">
        <w:rPr>
          <w:b w:val="1"/>
          <w:bCs w:val="1"/>
          <w:sz w:val="28"/>
          <w:szCs w:val="28"/>
          <w:rtl w:val="0"/>
        </w:rPr>
        <w:t xml:space="preserve">4. Release of Liability</w:t>
      </w:r>
      <w:r w:rsidDel="00000000" w:rsidR="00000000" w:rsidRPr="00000000">
        <w:rPr>
          <w:rtl w:val="0"/>
        </w:rPr>
      </w:r>
    </w:p>
    <w:p w:rsidR="00000000" w:rsidDel="00000000" w:rsidP="00000000" w:rsidRDefault="00000000" w:rsidRPr="00000000" w14:paraId="00000015">
      <w:pPr>
        <w:ind w:left="432" w:firstLine="0"/>
        <w:rPr/>
      </w:pPr>
      <w:r w:rsidDel="00000000" w:rsidR="00000000" w:rsidRPr="00000000">
        <w:rPr>
          <w:rtl w:val="0"/>
        </w:rPr>
        <w:t xml:space="preserve">☐ I hereby release and discharge AllWays Able, its coaches (Danny &amp; Shoba), and any affiliates from any liability, claims, or demands that may arise during participation.</w:t>
      </w:r>
    </w:p>
    <w:p w:rsidR="00000000" w:rsidDel="00000000" w:rsidP="00000000" w:rsidRDefault="00000000" w:rsidRPr="00000000" w14:paraId="00000016">
      <w:pPr>
        <w:ind w:left="432" w:firstLine="0"/>
        <w:rPr/>
      </w:pPr>
      <w:r w:rsidDel="00000000" w:rsidR="00000000" w:rsidRPr="00000000">
        <w:rPr>
          <w:rtl w:val="0"/>
        </w:rPr>
        <w:t xml:space="preserve">☐ I have read and fully understand this waiver and agree to participate at my own risk.</w:t>
      </w:r>
    </w:p>
    <w:p w:rsidR="00000000" w:rsidDel="00000000" w:rsidP="00000000" w:rsidRDefault="00000000" w:rsidRPr="00000000" w14:paraId="00000017">
      <w:pPr>
        <w:rPr/>
      </w:pPr>
      <w:r w:rsidDel="00000000" w:rsidR="00000000" w:rsidRPr="00000000">
        <w:rPr>
          <w:rtl w:val="0"/>
        </w:rPr>
        <w:br w:type="textWrapping"/>
      </w:r>
    </w:p>
    <w:p w:rsidR="00000000" w:rsidDel="00000000" w:rsidP="00000000" w:rsidRDefault="00000000" w:rsidRPr="00000000" w14:paraId="00000018">
      <w:pPr>
        <w:rPr/>
      </w:pPr>
      <w:r w:rsidDel="00000000" w:rsidR="00000000" w:rsidRPr="00000000">
        <w:rPr>
          <w:b w:val="1"/>
          <w:bCs w:val="1"/>
          <w:sz w:val="28"/>
          <w:szCs w:val="28"/>
          <w:rtl w:val="0"/>
        </w:rPr>
        <w:t xml:space="preserve">5. Medical Disclosure</w:t>
      </w:r>
      <w:r w:rsidDel="00000000" w:rsidR="00000000" w:rsidRPr="00000000">
        <w:rPr>
          <w:rtl w:val="0"/>
        </w:rPr>
      </w:r>
    </w:p>
    <w:p w:rsidR="00000000" w:rsidDel="00000000" w:rsidP="00000000" w:rsidRDefault="00000000" w:rsidRPr="00000000" w14:paraId="00000019">
      <w:pPr>
        <w:ind w:left="432" w:firstLine="0"/>
        <w:rPr/>
      </w:pPr>
      <w:r w:rsidDel="00000000" w:rsidR="00000000" w:rsidRPr="00000000">
        <w:rPr>
          <w:rtl w:val="0"/>
        </w:rPr>
        <w:t xml:space="preserve">☐ I have completed the PAR-Q form and disclosed any relevant medical information to AllWays Able.</w:t>
      </w:r>
    </w:p>
    <w:p w:rsidR="00000000" w:rsidDel="00000000" w:rsidP="00000000" w:rsidRDefault="00000000" w:rsidRPr="00000000" w14:paraId="0000001A">
      <w:pPr>
        <w:ind w:left="432" w:firstLine="0"/>
        <w:rPr/>
      </w:pPr>
      <w:r w:rsidDel="00000000" w:rsidR="00000000" w:rsidRPr="00000000">
        <w:rPr>
          <w:rtl w:val="0"/>
        </w:rPr>
        <w:t xml:space="preserve">☐ I understand it is my responsibility to update this information if my health changes.</w:t>
      </w:r>
    </w:p>
    <w:p w:rsidR="00000000" w:rsidDel="00000000" w:rsidP="00000000" w:rsidRDefault="00000000" w:rsidRPr="00000000" w14:paraId="0000001B">
      <w:pPr>
        <w:rPr/>
      </w:pPr>
      <w:r w:rsidDel="00000000" w:rsidR="00000000" w:rsidRPr="00000000">
        <w:rPr>
          <w:rtl w:val="0"/>
        </w:rPr>
        <w:br w:type="textWrapping"/>
      </w:r>
    </w:p>
    <w:p w:rsidR="00000000" w:rsidDel="00000000" w:rsidP="00000000" w:rsidRDefault="00000000" w:rsidRPr="00000000" w14:paraId="0000001C">
      <w:pPr>
        <w:rPr/>
      </w:pPr>
      <w:r w:rsidDel="00000000" w:rsidR="00000000" w:rsidRPr="00000000">
        <w:rPr>
          <w:b w:val="1"/>
          <w:bCs w:val="1"/>
          <w:sz w:val="28"/>
          <w:szCs w:val="28"/>
          <w:rtl w:val="0"/>
        </w:rPr>
        <w:t xml:space="preserve">6. Client Consent</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 have read and understood this document. I understand the risks of participating in physical activity and agree to the terms outlined above.</w:t>
      </w:r>
    </w:p>
    <w:p w:rsidR="00000000" w:rsidDel="00000000" w:rsidP="00000000" w:rsidRDefault="00000000" w:rsidRPr="00000000" w14:paraId="0000001E">
      <w:pPr>
        <w:rPr/>
      </w:pPr>
      <w:r w:rsidDel="00000000" w:rsidR="00000000" w:rsidRPr="00000000">
        <w:rPr>
          <w:rtl w:val="0"/>
        </w:rPr>
        <w:br w:type="textWrapping"/>
        <w:t xml:space="preserve">Client Name: _____________________________</w:t>
      </w:r>
    </w:p>
    <w:p w:rsidR="00000000" w:rsidDel="00000000" w:rsidP="00000000" w:rsidRDefault="00000000" w:rsidRPr="00000000" w14:paraId="0000001F">
      <w:pPr>
        <w:rPr/>
      </w:pPr>
      <w:r w:rsidDel="00000000" w:rsidR="00000000" w:rsidRPr="00000000">
        <w:rPr>
          <w:rtl w:val="0"/>
        </w:rPr>
        <w:t xml:space="preserve">Signature: _____________________________</w:t>
      </w:r>
    </w:p>
    <w:p w:rsidR="00000000" w:rsidDel="00000000" w:rsidP="00000000" w:rsidRDefault="00000000" w:rsidRPr="00000000" w14:paraId="00000020">
      <w:pPr>
        <w:rPr/>
      </w:pPr>
      <w:r w:rsidDel="00000000" w:rsidR="00000000" w:rsidRPr="00000000">
        <w:rPr>
          <w:rtl w:val="0"/>
        </w:rPr>
        <w:t xml:space="preserve">Date: _____________________________</w:t>
      </w:r>
    </w:p>
    <w:p w:rsidR="00000000" w:rsidDel="00000000" w:rsidP="00000000" w:rsidRDefault="00000000" w:rsidRPr="00000000" w14:paraId="00000021">
      <w:pPr>
        <w:rPr/>
      </w:pPr>
      <w:r w:rsidDel="00000000" w:rsidR="00000000" w:rsidRPr="00000000">
        <w:rPr>
          <w:rtl w:val="0"/>
        </w:rPr>
        <w:br w:type="textWrapping"/>
      </w:r>
    </w:p>
    <w:p w:rsidR="00000000" w:rsidDel="00000000" w:rsidP="00000000" w:rsidRDefault="00000000" w:rsidRPr="00000000" w14:paraId="00000022">
      <w:pPr>
        <w:jc w:val="center"/>
        <w:rPr/>
      </w:pPr>
      <w:r w:rsidDel="00000000" w:rsidR="00000000" w:rsidRPr="00000000">
        <w:rPr>
          <w:color w:val="003366"/>
          <w:sz w:val="20"/>
          <w:szCs w:val="20"/>
          <w:rtl w:val="0"/>
        </w:rPr>
        <w:t xml:space="preserve">👥 Danny &amp; Shoba — Founders &amp; Coaches</w:t>
        <w:br w:type="textWrapping"/>
        <w:t xml:space="preserve">📧 contact@allwaysable.com</w:t>
      </w: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zCV7C6/cWpRa4JGxMmGVelX5A==">CgMxLjA4AHIhMXpDLXJ2dzBMTmpDQ0NUSWZ0Umk5WVFDbDlzWXd3RFJr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